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AB17C" w14:textId="77777777" w:rsidR="008200F9" w:rsidRDefault="00A94B0A">
      <w:pPr>
        <w:spacing w:before="140" w:after="60"/>
      </w:pPr>
      <w:r>
        <w:rPr>
          <w:b/>
          <w:color w:val="ED1556"/>
          <w:sz w:val="40"/>
        </w:rPr>
        <w:t>MARKET STALL APPLICATION FORM</w:t>
      </w:r>
    </w:p>
    <w:p w14:paraId="33C7AE53" w14:textId="77777777" w:rsidR="008200F9" w:rsidRDefault="00A94B0A">
      <w:pPr>
        <w:spacing w:after="100"/>
      </w:pPr>
      <w:r>
        <w:rPr>
          <w:i/>
          <w:color w:val="555555"/>
          <w:sz w:val="17"/>
        </w:rPr>
        <w:t>Please complete all mandatory fields marked with an asterisk (*). Submission of this form does not guarantee approval.</w:t>
      </w:r>
    </w:p>
    <w:p w14:paraId="0E777C8C" w14:textId="77777777" w:rsidR="008200F9" w:rsidRDefault="00A94B0A">
      <w:pPr>
        <w:spacing w:before="140" w:after="60"/>
      </w:pPr>
      <w:r>
        <w:rPr>
          <w:b/>
          <w:color w:val="ED1556"/>
          <w:sz w:val="28"/>
        </w:rPr>
        <w:t>1. Applicant / Business Details</w:t>
      </w:r>
    </w:p>
    <w:tbl>
      <w:tblPr>
        <w:tblW w:w="0" w:type="auto"/>
        <w:jc w:val="center"/>
        <w:tblLayout w:type="fixed"/>
        <w:tblLook w:val="04A0" w:firstRow="1" w:lastRow="0" w:firstColumn="1" w:lastColumn="0" w:noHBand="0" w:noVBand="1"/>
      </w:tblPr>
      <w:tblGrid>
        <w:gridCol w:w="2948"/>
        <w:gridCol w:w="7257"/>
      </w:tblGrid>
      <w:tr w:rsidR="008200F9" w14:paraId="4924C23C" w14:textId="77777777">
        <w:trPr>
          <w:cantSplit/>
          <w:trHeight w:val="408"/>
          <w:jc w:val="center"/>
        </w:trPr>
        <w:tc>
          <w:tcPr>
            <w:tcW w:w="2948" w:type="dxa"/>
            <w:tcBorders>
              <w:top w:val="single" w:sz="7" w:space="0" w:color="ED1556"/>
              <w:left w:val="single" w:sz="7" w:space="0" w:color="ED1556"/>
              <w:bottom w:val="single" w:sz="7" w:space="0" w:color="ED1556"/>
              <w:right w:val="single" w:sz="7" w:space="0" w:color="ED1556"/>
            </w:tcBorders>
            <w:shd w:val="clear" w:color="auto" w:fill="F7A933"/>
            <w:tcMar>
              <w:top w:w="70" w:type="dxa"/>
              <w:left w:w="90" w:type="dxa"/>
              <w:bottom w:w="70" w:type="dxa"/>
              <w:right w:w="90" w:type="dxa"/>
            </w:tcMar>
            <w:vAlign w:val="center"/>
          </w:tcPr>
          <w:p w14:paraId="18F1CAE6" w14:textId="77777777" w:rsidR="008200F9" w:rsidRDefault="00A94B0A">
            <w:r>
              <w:rPr>
                <w:b/>
                <w:color w:val="FFFFFF"/>
                <w:sz w:val="18"/>
              </w:rPr>
              <w:t>Application Date*</w:t>
            </w:r>
          </w:p>
        </w:tc>
        <w:tc>
          <w:tcPr>
            <w:tcW w:w="7257" w:type="dxa"/>
            <w:tcBorders>
              <w:top w:val="single" w:sz="7" w:space="0" w:color="ED1556"/>
              <w:left w:val="single" w:sz="7" w:space="0" w:color="ED1556"/>
              <w:bottom w:val="single" w:sz="7" w:space="0" w:color="ED1556"/>
              <w:right w:val="single" w:sz="7" w:space="0" w:color="ED1556"/>
            </w:tcBorders>
            <w:shd w:val="clear" w:color="auto" w:fill="FFFFFF"/>
            <w:tcMar>
              <w:top w:w="70" w:type="dxa"/>
              <w:left w:w="90" w:type="dxa"/>
              <w:bottom w:w="70" w:type="dxa"/>
              <w:right w:w="90" w:type="dxa"/>
            </w:tcMar>
            <w:vAlign w:val="center"/>
          </w:tcPr>
          <w:p w14:paraId="0F018A56" w14:textId="77777777" w:rsidR="008200F9" w:rsidRDefault="008200F9"/>
        </w:tc>
      </w:tr>
      <w:tr w:rsidR="008200F9" w14:paraId="76B860F1" w14:textId="77777777">
        <w:trPr>
          <w:cantSplit/>
          <w:trHeight w:val="408"/>
          <w:jc w:val="center"/>
        </w:trPr>
        <w:tc>
          <w:tcPr>
            <w:tcW w:w="2948" w:type="dxa"/>
            <w:tcBorders>
              <w:top w:val="single" w:sz="7" w:space="0" w:color="ED1556"/>
              <w:left w:val="single" w:sz="7" w:space="0" w:color="ED1556"/>
              <w:bottom w:val="single" w:sz="7" w:space="0" w:color="ED1556"/>
              <w:right w:val="single" w:sz="7" w:space="0" w:color="ED1556"/>
            </w:tcBorders>
            <w:shd w:val="clear" w:color="auto" w:fill="F7A933"/>
            <w:tcMar>
              <w:top w:w="70" w:type="dxa"/>
              <w:left w:w="90" w:type="dxa"/>
              <w:bottom w:w="70" w:type="dxa"/>
              <w:right w:w="90" w:type="dxa"/>
            </w:tcMar>
            <w:vAlign w:val="center"/>
          </w:tcPr>
          <w:p w14:paraId="223C4C18" w14:textId="77777777" w:rsidR="008200F9" w:rsidRDefault="00A94B0A">
            <w:r>
              <w:rPr>
                <w:b/>
                <w:color w:val="FFFFFF"/>
                <w:sz w:val="18"/>
              </w:rPr>
              <w:t>Legal Entity Name*</w:t>
            </w:r>
          </w:p>
        </w:tc>
        <w:tc>
          <w:tcPr>
            <w:tcW w:w="7257" w:type="dxa"/>
            <w:tcBorders>
              <w:top w:val="single" w:sz="7" w:space="0" w:color="ED1556"/>
              <w:left w:val="single" w:sz="7" w:space="0" w:color="ED1556"/>
              <w:bottom w:val="single" w:sz="7" w:space="0" w:color="ED1556"/>
              <w:right w:val="single" w:sz="7" w:space="0" w:color="ED1556"/>
            </w:tcBorders>
            <w:shd w:val="clear" w:color="auto" w:fill="FFFFFF"/>
            <w:tcMar>
              <w:top w:w="70" w:type="dxa"/>
              <w:left w:w="90" w:type="dxa"/>
              <w:bottom w:w="70" w:type="dxa"/>
              <w:right w:w="90" w:type="dxa"/>
            </w:tcMar>
            <w:vAlign w:val="center"/>
          </w:tcPr>
          <w:p w14:paraId="7E3FF574" w14:textId="77777777" w:rsidR="008200F9" w:rsidRDefault="008200F9"/>
        </w:tc>
      </w:tr>
      <w:tr w:rsidR="008200F9" w14:paraId="3BAB2F98" w14:textId="77777777">
        <w:trPr>
          <w:cantSplit/>
          <w:trHeight w:val="408"/>
          <w:jc w:val="center"/>
        </w:trPr>
        <w:tc>
          <w:tcPr>
            <w:tcW w:w="2948" w:type="dxa"/>
            <w:tcBorders>
              <w:top w:val="single" w:sz="7" w:space="0" w:color="ED1556"/>
              <w:left w:val="single" w:sz="7" w:space="0" w:color="ED1556"/>
              <w:bottom w:val="single" w:sz="7" w:space="0" w:color="ED1556"/>
              <w:right w:val="single" w:sz="7" w:space="0" w:color="ED1556"/>
            </w:tcBorders>
            <w:shd w:val="clear" w:color="auto" w:fill="F7A933"/>
            <w:tcMar>
              <w:top w:w="70" w:type="dxa"/>
              <w:left w:w="90" w:type="dxa"/>
              <w:bottom w:w="70" w:type="dxa"/>
              <w:right w:w="90" w:type="dxa"/>
            </w:tcMar>
            <w:vAlign w:val="center"/>
          </w:tcPr>
          <w:p w14:paraId="1A6BFCDB" w14:textId="77777777" w:rsidR="008200F9" w:rsidRDefault="00A94B0A">
            <w:r>
              <w:rPr>
                <w:b/>
                <w:color w:val="FFFFFF"/>
                <w:sz w:val="18"/>
              </w:rPr>
              <w:t>Trading Name</w:t>
            </w:r>
          </w:p>
        </w:tc>
        <w:tc>
          <w:tcPr>
            <w:tcW w:w="7257" w:type="dxa"/>
            <w:tcBorders>
              <w:top w:val="single" w:sz="7" w:space="0" w:color="ED1556"/>
              <w:left w:val="single" w:sz="7" w:space="0" w:color="ED1556"/>
              <w:bottom w:val="single" w:sz="7" w:space="0" w:color="ED1556"/>
              <w:right w:val="single" w:sz="7" w:space="0" w:color="ED1556"/>
            </w:tcBorders>
            <w:shd w:val="clear" w:color="auto" w:fill="FFFFFF"/>
            <w:tcMar>
              <w:top w:w="70" w:type="dxa"/>
              <w:left w:w="90" w:type="dxa"/>
              <w:bottom w:w="70" w:type="dxa"/>
              <w:right w:w="90" w:type="dxa"/>
            </w:tcMar>
            <w:vAlign w:val="center"/>
          </w:tcPr>
          <w:p w14:paraId="3BD0286A" w14:textId="77777777" w:rsidR="008200F9" w:rsidRDefault="008200F9"/>
        </w:tc>
      </w:tr>
      <w:tr w:rsidR="008200F9" w14:paraId="3DB3512C" w14:textId="77777777">
        <w:trPr>
          <w:cantSplit/>
          <w:trHeight w:val="408"/>
          <w:jc w:val="center"/>
        </w:trPr>
        <w:tc>
          <w:tcPr>
            <w:tcW w:w="2948" w:type="dxa"/>
            <w:tcBorders>
              <w:top w:val="single" w:sz="7" w:space="0" w:color="ED1556"/>
              <w:left w:val="single" w:sz="7" w:space="0" w:color="ED1556"/>
              <w:bottom w:val="single" w:sz="7" w:space="0" w:color="ED1556"/>
              <w:right w:val="single" w:sz="7" w:space="0" w:color="ED1556"/>
            </w:tcBorders>
            <w:shd w:val="clear" w:color="auto" w:fill="F7A933"/>
            <w:tcMar>
              <w:top w:w="70" w:type="dxa"/>
              <w:left w:w="90" w:type="dxa"/>
              <w:bottom w:w="70" w:type="dxa"/>
              <w:right w:w="90" w:type="dxa"/>
            </w:tcMar>
            <w:vAlign w:val="center"/>
          </w:tcPr>
          <w:p w14:paraId="314D9FD4" w14:textId="77777777" w:rsidR="008200F9" w:rsidRDefault="00A94B0A">
            <w:r>
              <w:rPr>
                <w:b/>
                <w:color w:val="FFFFFF"/>
                <w:sz w:val="18"/>
              </w:rPr>
              <w:t>ABN / ACN*</w:t>
            </w:r>
          </w:p>
        </w:tc>
        <w:tc>
          <w:tcPr>
            <w:tcW w:w="7257" w:type="dxa"/>
            <w:tcBorders>
              <w:top w:val="single" w:sz="7" w:space="0" w:color="ED1556"/>
              <w:left w:val="single" w:sz="7" w:space="0" w:color="ED1556"/>
              <w:bottom w:val="single" w:sz="7" w:space="0" w:color="ED1556"/>
              <w:right w:val="single" w:sz="7" w:space="0" w:color="ED1556"/>
            </w:tcBorders>
            <w:shd w:val="clear" w:color="auto" w:fill="FFFFFF"/>
            <w:tcMar>
              <w:top w:w="70" w:type="dxa"/>
              <w:left w:w="90" w:type="dxa"/>
              <w:bottom w:w="70" w:type="dxa"/>
              <w:right w:w="90" w:type="dxa"/>
            </w:tcMar>
            <w:vAlign w:val="center"/>
          </w:tcPr>
          <w:p w14:paraId="09F9580B" w14:textId="77777777" w:rsidR="008200F9" w:rsidRDefault="008200F9"/>
        </w:tc>
      </w:tr>
      <w:tr w:rsidR="008200F9" w14:paraId="67DE1A26" w14:textId="77777777">
        <w:trPr>
          <w:cantSplit/>
          <w:trHeight w:val="408"/>
          <w:jc w:val="center"/>
        </w:trPr>
        <w:tc>
          <w:tcPr>
            <w:tcW w:w="2948" w:type="dxa"/>
            <w:tcBorders>
              <w:top w:val="single" w:sz="7" w:space="0" w:color="ED1556"/>
              <w:left w:val="single" w:sz="7" w:space="0" w:color="ED1556"/>
              <w:bottom w:val="single" w:sz="7" w:space="0" w:color="ED1556"/>
              <w:right w:val="single" w:sz="7" w:space="0" w:color="ED1556"/>
            </w:tcBorders>
            <w:shd w:val="clear" w:color="auto" w:fill="F7A933"/>
            <w:tcMar>
              <w:top w:w="70" w:type="dxa"/>
              <w:left w:w="90" w:type="dxa"/>
              <w:bottom w:w="70" w:type="dxa"/>
              <w:right w:w="90" w:type="dxa"/>
            </w:tcMar>
            <w:vAlign w:val="center"/>
          </w:tcPr>
          <w:p w14:paraId="233DE126" w14:textId="77777777" w:rsidR="008200F9" w:rsidRDefault="00A94B0A">
            <w:r>
              <w:rPr>
                <w:b/>
                <w:color w:val="FFFFFF"/>
                <w:sz w:val="18"/>
              </w:rPr>
              <w:t>Contact Person*</w:t>
            </w:r>
          </w:p>
        </w:tc>
        <w:tc>
          <w:tcPr>
            <w:tcW w:w="7257" w:type="dxa"/>
            <w:tcBorders>
              <w:top w:val="single" w:sz="7" w:space="0" w:color="ED1556"/>
              <w:left w:val="single" w:sz="7" w:space="0" w:color="ED1556"/>
              <w:bottom w:val="single" w:sz="7" w:space="0" w:color="ED1556"/>
              <w:right w:val="single" w:sz="7" w:space="0" w:color="ED1556"/>
            </w:tcBorders>
            <w:shd w:val="clear" w:color="auto" w:fill="FFFFFF"/>
            <w:tcMar>
              <w:top w:w="70" w:type="dxa"/>
              <w:left w:w="90" w:type="dxa"/>
              <w:bottom w:w="70" w:type="dxa"/>
              <w:right w:w="90" w:type="dxa"/>
            </w:tcMar>
            <w:vAlign w:val="center"/>
          </w:tcPr>
          <w:p w14:paraId="17F33251" w14:textId="77777777" w:rsidR="008200F9" w:rsidRDefault="008200F9"/>
        </w:tc>
      </w:tr>
      <w:tr w:rsidR="008200F9" w14:paraId="38124C72" w14:textId="77777777">
        <w:trPr>
          <w:cantSplit/>
          <w:trHeight w:val="408"/>
          <w:jc w:val="center"/>
        </w:trPr>
        <w:tc>
          <w:tcPr>
            <w:tcW w:w="2948" w:type="dxa"/>
            <w:tcBorders>
              <w:top w:val="single" w:sz="7" w:space="0" w:color="ED1556"/>
              <w:left w:val="single" w:sz="7" w:space="0" w:color="ED1556"/>
              <w:bottom w:val="single" w:sz="7" w:space="0" w:color="ED1556"/>
              <w:right w:val="single" w:sz="7" w:space="0" w:color="ED1556"/>
            </w:tcBorders>
            <w:shd w:val="clear" w:color="auto" w:fill="F7A933"/>
            <w:tcMar>
              <w:top w:w="70" w:type="dxa"/>
              <w:left w:w="90" w:type="dxa"/>
              <w:bottom w:w="70" w:type="dxa"/>
              <w:right w:w="90" w:type="dxa"/>
            </w:tcMar>
            <w:vAlign w:val="center"/>
          </w:tcPr>
          <w:p w14:paraId="4E9E2402" w14:textId="77777777" w:rsidR="008200F9" w:rsidRDefault="00A94B0A">
            <w:r>
              <w:rPr>
                <w:b/>
                <w:color w:val="FFFFFF"/>
                <w:sz w:val="18"/>
              </w:rPr>
              <w:t>Phone Number*</w:t>
            </w:r>
          </w:p>
        </w:tc>
        <w:tc>
          <w:tcPr>
            <w:tcW w:w="7257" w:type="dxa"/>
            <w:tcBorders>
              <w:top w:val="single" w:sz="7" w:space="0" w:color="ED1556"/>
              <w:left w:val="single" w:sz="7" w:space="0" w:color="ED1556"/>
              <w:bottom w:val="single" w:sz="7" w:space="0" w:color="ED1556"/>
              <w:right w:val="single" w:sz="7" w:space="0" w:color="ED1556"/>
            </w:tcBorders>
            <w:shd w:val="clear" w:color="auto" w:fill="FFFFFF"/>
            <w:tcMar>
              <w:top w:w="70" w:type="dxa"/>
              <w:left w:w="90" w:type="dxa"/>
              <w:bottom w:w="70" w:type="dxa"/>
              <w:right w:w="90" w:type="dxa"/>
            </w:tcMar>
            <w:vAlign w:val="center"/>
          </w:tcPr>
          <w:p w14:paraId="23D83267" w14:textId="77777777" w:rsidR="008200F9" w:rsidRDefault="008200F9"/>
        </w:tc>
      </w:tr>
      <w:tr w:rsidR="008200F9" w14:paraId="4390C2DB" w14:textId="77777777">
        <w:trPr>
          <w:cantSplit/>
          <w:trHeight w:val="408"/>
          <w:jc w:val="center"/>
        </w:trPr>
        <w:tc>
          <w:tcPr>
            <w:tcW w:w="2948" w:type="dxa"/>
            <w:tcBorders>
              <w:top w:val="single" w:sz="7" w:space="0" w:color="ED1556"/>
              <w:left w:val="single" w:sz="7" w:space="0" w:color="ED1556"/>
              <w:bottom w:val="single" w:sz="7" w:space="0" w:color="ED1556"/>
              <w:right w:val="single" w:sz="7" w:space="0" w:color="ED1556"/>
            </w:tcBorders>
            <w:shd w:val="clear" w:color="auto" w:fill="F7A933"/>
            <w:tcMar>
              <w:top w:w="70" w:type="dxa"/>
              <w:left w:w="90" w:type="dxa"/>
              <w:bottom w:w="70" w:type="dxa"/>
              <w:right w:w="90" w:type="dxa"/>
            </w:tcMar>
            <w:vAlign w:val="center"/>
          </w:tcPr>
          <w:p w14:paraId="310B7FA4" w14:textId="77777777" w:rsidR="008200F9" w:rsidRDefault="00A94B0A">
            <w:r>
              <w:rPr>
                <w:b/>
                <w:color w:val="FFFFFF"/>
                <w:sz w:val="18"/>
              </w:rPr>
              <w:t>Email Address*</w:t>
            </w:r>
          </w:p>
        </w:tc>
        <w:tc>
          <w:tcPr>
            <w:tcW w:w="7257" w:type="dxa"/>
            <w:tcBorders>
              <w:top w:val="single" w:sz="7" w:space="0" w:color="ED1556"/>
              <w:left w:val="single" w:sz="7" w:space="0" w:color="ED1556"/>
              <w:bottom w:val="single" w:sz="7" w:space="0" w:color="ED1556"/>
              <w:right w:val="single" w:sz="7" w:space="0" w:color="ED1556"/>
            </w:tcBorders>
            <w:shd w:val="clear" w:color="auto" w:fill="FFFFFF"/>
            <w:tcMar>
              <w:top w:w="70" w:type="dxa"/>
              <w:left w:w="90" w:type="dxa"/>
              <w:bottom w:w="70" w:type="dxa"/>
              <w:right w:w="90" w:type="dxa"/>
            </w:tcMar>
            <w:vAlign w:val="center"/>
          </w:tcPr>
          <w:p w14:paraId="212C8255" w14:textId="77777777" w:rsidR="008200F9" w:rsidRDefault="008200F9"/>
        </w:tc>
      </w:tr>
      <w:tr w:rsidR="008200F9" w14:paraId="109319AF" w14:textId="77777777">
        <w:trPr>
          <w:cantSplit/>
          <w:trHeight w:val="408"/>
          <w:jc w:val="center"/>
        </w:trPr>
        <w:tc>
          <w:tcPr>
            <w:tcW w:w="2948" w:type="dxa"/>
            <w:tcBorders>
              <w:top w:val="single" w:sz="7" w:space="0" w:color="ED1556"/>
              <w:left w:val="single" w:sz="7" w:space="0" w:color="ED1556"/>
              <w:bottom w:val="single" w:sz="7" w:space="0" w:color="ED1556"/>
              <w:right w:val="single" w:sz="7" w:space="0" w:color="ED1556"/>
            </w:tcBorders>
            <w:shd w:val="clear" w:color="auto" w:fill="F7A933"/>
            <w:tcMar>
              <w:top w:w="70" w:type="dxa"/>
              <w:left w:w="90" w:type="dxa"/>
              <w:bottom w:w="70" w:type="dxa"/>
              <w:right w:w="90" w:type="dxa"/>
            </w:tcMar>
            <w:vAlign w:val="center"/>
          </w:tcPr>
          <w:p w14:paraId="23902C71" w14:textId="77777777" w:rsidR="008200F9" w:rsidRDefault="00A94B0A">
            <w:r>
              <w:rPr>
                <w:b/>
                <w:color w:val="FFFFFF"/>
                <w:sz w:val="18"/>
              </w:rPr>
              <w:t>Business Address</w:t>
            </w:r>
          </w:p>
        </w:tc>
        <w:tc>
          <w:tcPr>
            <w:tcW w:w="7257" w:type="dxa"/>
            <w:tcBorders>
              <w:top w:val="single" w:sz="7" w:space="0" w:color="ED1556"/>
              <w:left w:val="single" w:sz="7" w:space="0" w:color="ED1556"/>
              <w:bottom w:val="single" w:sz="7" w:space="0" w:color="ED1556"/>
              <w:right w:val="single" w:sz="7" w:space="0" w:color="ED1556"/>
            </w:tcBorders>
            <w:shd w:val="clear" w:color="auto" w:fill="FFFFFF"/>
            <w:tcMar>
              <w:top w:w="70" w:type="dxa"/>
              <w:left w:w="90" w:type="dxa"/>
              <w:bottom w:w="70" w:type="dxa"/>
              <w:right w:w="90" w:type="dxa"/>
            </w:tcMar>
            <w:vAlign w:val="center"/>
          </w:tcPr>
          <w:p w14:paraId="6D05BF91" w14:textId="77777777" w:rsidR="008200F9" w:rsidRDefault="008200F9"/>
        </w:tc>
      </w:tr>
      <w:tr w:rsidR="008200F9" w14:paraId="7A6C77AD" w14:textId="77777777" w:rsidTr="008E52B5">
        <w:trPr>
          <w:cantSplit/>
          <w:trHeight w:val="355"/>
          <w:jc w:val="center"/>
        </w:trPr>
        <w:tc>
          <w:tcPr>
            <w:tcW w:w="2948" w:type="dxa"/>
            <w:tcBorders>
              <w:top w:val="single" w:sz="7" w:space="0" w:color="ED1556"/>
              <w:left w:val="single" w:sz="7" w:space="0" w:color="ED1556"/>
              <w:bottom w:val="single" w:sz="7" w:space="0" w:color="ED1556"/>
              <w:right w:val="single" w:sz="7" w:space="0" w:color="ED1556"/>
            </w:tcBorders>
            <w:shd w:val="clear" w:color="auto" w:fill="F7A933"/>
            <w:tcMar>
              <w:top w:w="70" w:type="dxa"/>
              <w:left w:w="90" w:type="dxa"/>
              <w:bottom w:w="70" w:type="dxa"/>
              <w:right w:w="90" w:type="dxa"/>
            </w:tcMar>
            <w:vAlign w:val="center"/>
          </w:tcPr>
          <w:p w14:paraId="764D19B9" w14:textId="77777777" w:rsidR="008200F9" w:rsidRDefault="00A94B0A">
            <w:r>
              <w:rPr>
                <w:b/>
                <w:color w:val="FFFFFF"/>
                <w:sz w:val="18"/>
              </w:rPr>
              <w:t>Website / Social Media</w:t>
            </w:r>
          </w:p>
        </w:tc>
        <w:tc>
          <w:tcPr>
            <w:tcW w:w="7257" w:type="dxa"/>
            <w:tcBorders>
              <w:top w:val="single" w:sz="7" w:space="0" w:color="ED1556"/>
              <w:left w:val="single" w:sz="7" w:space="0" w:color="ED1556"/>
              <w:bottom w:val="single" w:sz="7" w:space="0" w:color="ED1556"/>
              <w:right w:val="single" w:sz="7" w:space="0" w:color="ED1556"/>
            </w:tcBorders>
            <w:shd w:val="clear" w:color="auto" w:fill="FFFFFF"/>
            <w:tcMar>
              <w:top w:w="70" w:type="dxa"/>
              <w:left w:w="90" w:type="dxa"/>
              <w:bottom w:w="70" w:type="dxa"/>
              <w:right w:w="90" w:type="dxa"/>
            </w:tcMar>
            <w:vAlign w:val="center"/>
          </w:tcPr>
          <w:p w14:paraId="06E0D588" w14:textId="77777777" w:rsidR="008200F9" w:rsidRDefault="008200F9"/>
        </w:tc>
      </w:tr>
    </w:tbl>
    <w:p w14:paraId="3A5FD1DF" w14:textId="77777777" w:rsidR="00DA19E1" w:rsidRDefault="00DA19E1" w:rsidP="00DA19E1">
      <w:pPr>
        <w:spacing w:before="140" w:after="60"/>
        <w:rPr>
          <w:b/>
          <w:color w:val="ED1556"/>
          <w:sz w:val="28"/>
        </w:rPr>
      </w:pPr>
    </w:p>
    <w:p w14:paraId="3C3CE2D8" w14:textId="738B198B" w:rsidR="008200F9" w:rsidRDefault="00A94B0A" w:rsidP="00DA19E1">
      <w:pPr>
        <w:spacing w:before="140" w:after="60"/>
      </w:pPr>
      <w:r>
        <w:rPr>
          <w:b/>
          <w:color w:val="ED1556"/>
          <w:sz w:val="28"/>
        </w:rPr>
        <w:t>2. Proposed Stall, Products or Services</w:t>
      </w:r>
    </w:p>
    <w:tbl>
      <w:tblPr>
        <w:tblW w:w="10189" w:type="dxa"/>
        <w:jc w:val="center"/>
        <w:tblLook w:val="04A0" w:firstRow="1" w:lastRow="0" w:firstColumn="1" w:lastColumn="0" w:noHBand="0" w:noVBand="1"/>
      </w:tblPr>
      <w:tblGrid>
        <w:gridCol w:w="2884"/>
        <w:gridCol w:w="7305"/>
      </w:tblGrid>
      <w:tr w:rsidR="008200F9" w14:paraId="762ABB94" w14:textId="77777777" w:rsidTr="009237D1">
        <w:trPr>
          <w:cantSplit/>
          <w:trHeight w:val="822"/>
          <w:jc w:val="center"/>
        </w:trPr>
        <w:tc>
          <w:tcPr>
            <w:tcW w:w="2884" w:type="dxa"/>
            <w:tcBorders>
              <w:top w:val="single" w:sz="7" w:space="0" w:color="ED1556"/>
              <w:left w:val="single" w:sz="7" w:space="0" w:color="ED1556"/>
              <w:bottom w:val="single" w:sz="7" w:space="0" w:color="ED1556"/>
              <w:right w:val="single" w:sz="7" w:space="0" w:color="ED1556"/>
            </w:tcBorders>
            <w:shd w:val="clear" w:color="auto" w:fill="F7A933"/>
            <w:tcMar>
              <w:top w:w="70" w:type="dxa"/>
              <w:left w:w="90" w:type="dxa"/>
              <w:bottom w:w="70" w:type="dxa"/>
              <w:right w:w="90" w:type="dxa"/>
            </w:tcMar>
            <w:vAlign w:val="center"/>
          </w:tcPr>
          <w:p w14:paraId="1A029949" w14:textId="77777777" w:rsidR="008200F9" w:rsidRDefault="00A94B0A">
            <w:r>
              <w:rPr>
                <w:b/>
                <w:color w:val="FFFFFF"/>
                <w:sz w:val="18"/>
              </w:rPr>
              <w:t>Proposed Products / Services*</w:t>
            </w:r>
            <w:r>
              <w:rPr>
                <w:b/>
                <w:color w:val="FFFFFF"/>
                <w:sz w:val="18"/>
              </w:rPr>
              <w:br/>
              <w:t>(attach photos)</w:t>
            </w:r>
          </w:p>
        </w:tc>
        <w:tc>
          <w:tcPr>
            <w:tcW w:w="7305" w:type="dxa"/>
            <w:tcBorders>
              <w:top w:val="single" w:sz="7" w:space="0" w:color="ED1556"/>
              <w:left w:val="single" w:sz="7" w:space="0" w:color="ED1556"/>
              <w:bottom w:val="single" w:sz="7" w:space="0" w:color="ED1556"/>
              <w:right w:val="single" w:sz="7" w:space="0" w:color="ED1556"/>
            </w:tcBorders>
            <w:shd w:val="clear" w:color="auto" w:fill="FFFFFF"/>
            <w:tcMar>
              <w:top w:w="70" w:type="dxa"/>
              <w:left w:w="90" w:type="dxa"/>
              <w:bottom w:w="70" w:type="dxa"/>
              <w:right w:w="90" w:type="dxa"/>
            </w:tcMar>
            <w:vAlign w:val="center"/>
          </w:tcPr>
          <w:p w14:paraId="70BF4E46" w14:textId="77777777" w:rsidR="008200F9" w:rsidRDefault="008200F9"/>
        </w:tc>
      </w:tr>
      <w:tr w:rsidR="008200F9" w14:paraId="4F87BEAB" w14:textId="77777777" w:rsidTr="009237D1">
        <w:trPr>
          <w:cantSplit/>
          <w:trHeight w:val="465"/>
          <w:jc w:val="center"/>
        </w:trPr>
        <w:tc>
          <w:tcPr>
            <w:tcW w:w="2884" w:type="dxa"/>
            <w:tcBorders>
              <w:top w:val="single" w:sz="7" w:space="0" w:color="ED1556"/>
              <w:left w:val="single" w:sz="7" w:space="0" w:color="ED1556"/>
              <w:bottom w:val="single" w:sz="7" w:space="0" w:color="ED1556"/>
              <w:right w:val="single" w:sz="7" w:space="0" w:color="ED1556"/>
            </w:tcBorders>
            <w:shd w:val="clear" w:color="auto" w:fill="F7A933"/>
            <w:tcMar>
              <w:top w:w="70" w:type="dxa"/>
              <w:left w:w="90" w:type="dxa"/>
              <w:bottom w:w="70" w:type="dxa"/>
              <w:right w:w="90" w:type="dxa"/>
            </w:tcMar>
            <w:vAlign w:val="center"/>
          </w:tcPr>
          <w:p w14:paraId="6EE240CD" w14:textId="1FC00C6D" w:rsidR="008200F9" w:rsidRDefault="00A94B0A">
            <w:r>
              <w:rPr>
                <w:b/>
                <w:color w:val="FFFFFF"/>
                <w:sz w:val="18"/>
              </w:rPr>
              <w:t>Do you operate elsewhere?*</w:t>
            </w:r>
          </w:p>
        </w:tc>
        <w:tc>
          <w:tcPr>
            <w:tcW w:w="7305" w:type="dxa"/>
            <w:tcBorders>
              <w:top w:val="single" w:sz="7" w:space="0" w:color="ED1556"/>
              <w:left w:val="single" w:sz="7" w:space="0" w:color="ED1556"/>
              <w:bottom w:val="single" w:sz="7" w:space="0" w:color="ED1556"/>
              <w:right w:val="single" w:sz="7" w:space="0" w:color="ED1556"/>
            </w:tcBorders>
            <w:shd w:val="clear" w:color="auto" w:fill="FFFFFF"/>
            <w:tcMar>
              <w:top w:w="70" w:type="dxa"/>
              <w:left w:w="90" w:type="dxa"/>
              <w:bottom w:w="70" w:type="dxa"/>
              <w:right w:w="90" w:type="dxa"/>
            </w:tcMar>
            <w:vAlign w:val="center"/>
          </w:tcPr>
          <w:p w14:paraId="78DCF3F4" w14:textId="77777777" w:rsidR="008200F9" w:rsidRDefault="00A94B0A">
            <w:r>
              <w:rPr>
                <w:color w:val="444444"/>
                <w:sz w:val="18"/>
              </w:rPr>
              <w:t>☐ Yes    ☐ No     If yes, provide business name, location and social media below.</w:t>
            </w:r>
          </w:p>
        </w:tc>
      </w:tr>
      <w:tr w:rsidR="008200F9" w14:paraId="259A5895" w14:textId="77777777" w:rsidTr="009237D1">
        <w:trPr>
          <w:cantSplit/>
          <w:trHeight w:val="567"/>
          <w:jc w:val="center"/>
        </w:trPr>
        <w:tc>
          <w:tcPr>
            <w:tcW w:w="2884" w:type="dxa"/>
            <w:tcBorders>
              <w:top w:val="single" w:sz="7" w:space="0" w:color="ED1556"/>
              <w:left w:val="single" w:sz="7" w:space="0" w:color="ED1556"/>
              <w:bottom w:val="single" w:sz="7" w:space="0" w:color="ED1556"/>
              <w:right w:val="single" w:sz="7" w:space="0" w:color="ED1556"/>
            </w:tcBorders>
            <w:shd w:val="clear" w:color="auto" w:fill="F7A933"/>
            <w:tcMar>
              <w:top w:w="70" w:type="dxa"/>
              <w:left w:w="90" w:type="dxa"/>
              <w:bottom w:w="70" w:type="dxa"/>
              <w:right w:w="90" w:type="dxa"/>
            </w:tcMar>
            <w:vAlign w:val="center"/>
          </w:tcPr>
          <w:p w14:paraId="25AA76AC" w14:textId="77777777" w:rsidR="008200F9" w:rsidRDefault="00A94B0A">
            <w:r>
              <w:rPr>
                <w:b/>
                <w:color w:val="FFFFFF"/>
                <w:sz w:val="18"/>
              </w:rPr>
              <w:t>Existing Business Details</w:t>
            </w:r>
          </w:p>
        </w:tc>
        <w:tc>
          <w:tcPr>
            <w:tcW w:w="7305" w:type="dxa"/>
            <w:tcBorders>
              <w:top w:val="single" w:sz="7" w:space="0" w:color="ED1556"/>
              <w:left w:val="single" w:sz="7" w:space="0" w:color="ED1556"/>
              <w:bottom w:val="single" w:sz="7" w:space="0" w:color="ED1556"/>
              <w:right w:val="single" w:sz="7" w:space="0" w:color="ED1556"/>
            </w:tcBorders>
            <w:shd w:val="clear" w:color="auto" w:fill="FFFFFF"/>
            <w:tcMar>
              <w:top w:w="70" w:type="dxa"/>
              <w:left w:w="90" w:type="dxa"/>
              <w:bottom w:w="70" w:type="dxa"/>
              <w:right w:w="90" w:type="dxa"/>
            </w:tcMar>
            <w:vAlign w:val="center"/>
          </w:tcPr>
          <w:p w14:paraId="17976214" w14:textId="77777777" w:rsidR="008200F9" w:rsidRDefault="008200F9"/>
        </w:tc>
      </w:tr>
      <w:tr w:rsidR="008200F9" w14:paraId="4FD8AB59" w14:textId="77777777" w:rsidTr="009237D1">
        <w:trPr>
          <w:cantSplit/>
          <w:trHeight w:val="408"/>
          <w:jc w:val="center"/>
        </w:trPr>
        <w:tc>
          <w:tcPr>
            <w:tcW w:w="2884" w:type="dxa"/>
            <w:tcBorders>
              <w:top w:val="single" w:sz="7" w:space="0" w:color="ED1556"/>
              <w:left w:val="single" w:sz="7" w:space="0" w:color="ED1556"/>
              <w:bottom w:val="single" w:sz="7" w:space="0" w:color="ED1556"/>
              <w:right w:val="single" w:sz="7" w:space="0" w:color="ED1556"/>
            </w:tcBorders>
            <w:shd w:val="clear" w:color="auto" w:fill="F7A933"/>
            <w:tcMar>
              <w:top w:w="70" w:type="dxa"/>
              <w:left w:w="90" w:type="dxa"/>
              <w:bottom w:w="70" w:type="dxa"/>
              <w:right w:w="90" w:type="dxa"/>
            </w:tcMar>
            <w:vAlign w:val="center"/>
          </w:tcPr>
          <w:p w14:paraId="2D451243" w14:textId="77777777" w:rsidR="008200F9" w:rsidRDefault="00A94B0A">
            <w:r>
              <w:rPr>
                <w:b/>
                <w:color w:val="FFFFFF"/>
                <w:sz w:val="18"/>
              </w:rPr>
              <w:t>Preferred Commencement Date</w:t>
            </w:r>
          </w:p>
        </w:tc>
        <w:tc>
          <w:tcPr>
            <w:tcW w:w="7305" w:type="dxa"/>
            <w:tcBorders>
              <w:top w:val="single" w:sz="7" w:space="0" w:color="ED1556"/>
              <w:left w:val="single" w:sz="7" w:space="0" w:color="ED1556"/>
              <w:bottom w:val="single" w:sz="7" w:space="0" w:color="ED1556"/>
              <w:right w:val="single" w:sz="7" w:space="0" w:color="ED1556"/>
            </w:tcBorders>
            <w:shd w:val="clear" w:color="auto" w:fill="FFFFFF"/>
            <w:tcMar>
              <w:top w:w="70" w:type="dxa"/>
              <w:left w:w="90" w:type="dxa"/>
              <w:bottom w:w="70" w:type="dxa"/>
              <w:right w:w="90" w:type="dxa"/>
            </w:tcMar>
            <w:vAlign w:val="center"/>
          </w:tcPr>
          <w:p w14:paraId="4DDA6EC7" w14:textId="77777777" w:rsidR="008200F9" w:rsidRDefault="008200F9"/>
        </w:tc>
      </w:tr>
    </w:tbl>
    <w:p w14:paraId="2BEB64A6" w14:textId="77777777" w:rsidR="008200F9" w:rsidRDefault="00A94B0A">
      <w:r>
        <w:br w:type="page"/>
      </w:r>
    </w:p>
    <w:p w14:paraId="0080F98B" w14:textId="77777777" w:rsidR="008200F9" w:rsidRDefault="00A94B0A">
      <w:pPr>
        <w:spacing w:before="140" w:after="60"/>
      </w:pPr>
      <w:r>
        <w:rPr>
          <w:b/>
          <w:color w:val="ED1556"/>
          <w:sz w:val="28"/>
        </w:rPr>
        <w:lastRenderedPageBreak/>
        <w:t>3. Mandatory Trading Requirements</w:t>
      </w:r>
    </w:p>
    <w:tbl>
      <w:tblPr>
        <w:tblW w:w="0" w:type="auto"/>
        <w:jc w:val="center"/>
        <w:tblLook w:val="04A0" w:firstRow="1" w:lastRow="0" w:firstColumn="1" w:lastColumn="0" w:noHBand="0" w:noVBand="1"/>
      </w:tblPr>
      <w:tblGrid>
        <w:gridCol w:w="10234"/>
      </w:tblGrid>
      <w:tr w:rsidR="008200F9" w14:paraId="2DC24E9C" w14:textId="77777777" w:rsidTr="009237D1">
        <w:trPr>
          <w:cantSplit/>
          <w:jc w:val="center"/>
        </w:trPr>
        <w:tc>
          <w:tcPr>
            <w:tcW w:w="10234" w:type="dxa"/>
            <w:tcBorders>
              <w:top w:val="single" w:sz="10" w:space="0" w:color="ED1556"/>
              <w:left w:val="single" w:sz="10" w:space="0" w:color="ED1556"/>
              <w:bottom w:val="single" w:sz="10" w:space="0" w:color="ED1556"/>
              <w:right w:val="single" w:sz="10" w:space="0" w:color="ED1556"/>
            </w:tcBorders>
            <w:shd w:val="clear" w:color="auto" w:fill="FDEAF1"/>
            <w:tcMar>
              <w:top w:w="110" w:type="dxa"/>
              <w:left w:w="150" w:type="dxa"/>
              <w:bottom w:w="110" w:type="dxa"/>
              <w:right w:w="150" w:type="dxa"/>
            </w:tcMar>
          </w:tcPr>
          <w:p w14:paraId="6EF1F6AD" w14:textId="77777777" w:rsidR="008200F9" w:rsidRDefault="00A94B0A" w:rsidP="00DA19E1">
            <w:pPr>
              <w:spacing w:after="60" w:line="252" w:lineRule="auto"/>
              <w:jc w:val="both"/>
            </w:pPr>
            <w:r>
              <w:rPr>
                <w:b/>
                <w:color w:val="C90E49"/>
                <w:sz w:val="20"/>
              </w:rPr>
              <w:t>Mandatory Trading Days and Hours</w:t>
            </w:r>
          </w:p>
          <w:p w14:paraId="682E1FD0" w14:textId="6121FE35" w:rsidR="00113991" w:rsidRPr="00113991" w:rsidRDefault="00113991" w:rsidP="00113991">
            <w:pPr>
              <w:spacing w:line="360" w:lineRule="auto"/>
              <w:jc w:val="both"/>
              <w:rPr>
                <w:b/>
                <w:color w:val="222222"/>
                <w:sz w:val="18"/>
              </w:rPr>
            </w:pPr>
            <w:r w:rsidRPr="00113991">
              <w:rPr>
                <w:b/>
                <w:color w:val="222222"/>
                <w:sz w:val="18"/>
              </w:rPr>
              <w:t>All stallholders are required to trade every Thursday, Friday, Saturday and Sunday. In addition, stallholders must trade on all NSW public holidays, including those that fall on a Wednesday</w:t>
            </w:r>
            <w:r>
              <w:rPr>
                <w:b/>
                <w:color w:val="222222"/>
                <w:sz w:val="18"/>
              </w:rPr>
              <w:t xml:space="preserve"> </w:t>
            </w:r>
            <w:r>
              <w:rPr>
                <w:rFonts w:hint="eastAsia"/>
                <w:b/>
                <w:color w:val="222222"/>
                <w:sz w:val="18"/>
                <w:lang w:eastAsia="zh-CN"/>
              </w:rPr>
              <w:t>or</w:t>
            </w:r>
            <w:r>
              <w:rPr>
                <w:b/>
                <w:color w:val="222222"/>
                <w:sz w:val="18"/>
                <w:lang w:eastAsia="zh-CN"/>
              </w:rPr>
              <w:t xml:space="preserve"> Monday</w:t>
            </w:r>
            <w:r w:rsidRPr="00113991">
              <w:rPr>
                <w:b/>
                <w:color w:val="222222"/>
                <w:sz w:val="18"/>
              </w:rPr>
              <w:t>, during the operating hours specified by Burwood Chinatown, unless otherwise advised in writing by management</w:t>
            </w:r>
            <w:r>
              <w:rPr>
                <w:b/>
                <w:color w:val="222222"/>
                <w:sz w:val="18"/>
              </w:rPr>
              <w:t>.</w:t>
            </w:r>
          </w:p>
          <w:p w14:paraId="05444E1B" w14:textId="77777777" w:rsidR="008200F9" w:rsidRDefault="00A94B0A" w:rsidP="00113991">
            <w:pPr>
              <w:spacing w:after="40" w:line="360" w:lineRule="auto"/>
              <w:jc w:val="both"/>
            </w:pPr>
            <w:r>
              <w:rPr>
                <w:color w:val="222222"/>
                <w:sz w:val="18"/>
              </w:rPr>
              <w:t>Stallholders must not close, suspend trading or alter their trading hours without prior written approval from Burwood Chinatown management.</w:t>
            </w:r>
          </w:p>
          <w:p w14:paraId="28750F84" w14:textId="77777777" w:rsidR="008200F9" w:rsidRDefault="00A94B0A" w:rsidP="00113991">
            <w:pPr>
              <w:spacing w:after="40" w:line="360" w:lineRule="auto"/>
              <w:jc w:val="both"/>
            </w:pPr>
            <w:r>
              <w:rPr>
                <w:color w:val="222222"/>
                <w:sz w:val="18"/>
              </w:rPr>
              <w:t>Trading days and operating hours may be varied by Burwood Chinatown management from time to time by written notice. Failure to comply with these requirements may result in termination of the stall agreement.</w:t>
            </w:r>
          </w:p>
          <w:p w14:paraId="2DE10D27" w14:textId="77777777" w:rsidR="008200F9" w:rsidRDefault="00A94B0A" w:rsidP="00113991">
            <w:pPr>
              <w:spacing w:after="40" w:line="360" w:lineRule="auto"/>
            </w:pPr>
            <w:r>
              <w:rPr>
                <w:b/>
                <w:color w:val="222222"/>
                <w:sz w:val="18"/>
              </w:rPr>
              <w:t>☐  I acknowledge and agree to comply with the mandatory trading days and operating hours stated above.*</w:t>
            </w:r>
          </w:p>
        </w:tc>
      </w:tr>
    </w:tbl>
    <w:p w14:paraId="124E8E6B" w14:textId="77777777" w:rsidR="008200F9" w:rsidRDefault="00A94B0A">
      <w:pPr>
        <w:spacing w:before="140" w:after="60"/>
      </w:pPr>
      <w:r>
        <w:rPr>
          <w:b/>
          <w:color w:val="ED1556"/>
          <w:sz w:val="28"/>
        </w:rPr>
        <w:t>4. Stall, Equipment and Site Requirements</w:t>
      </w:r>
    </w:p>
    <w:tbl>
      <w:tblPr>
        <w:tblW w:w="0" w:type="auto"/>
        <w:jc w:val="center"/>
        <w:tblLayout w:type="fixed"/>
        <w:tblLook w:val="04A0" w:firstRow="1" w:lastRow="0" w:firstColumn="1" w:lastColumn="0" w:noHBand="0" w:noVBand="1"/>
      </w:tblPr>
      <w:tblGrid>
        <w:gridCol w:w="2948"/>
        <w:gridCol w:w="7257"/>
      </w:tblGrid>
      <w:tr w:rsidR="008200F9" w14:paraId="763CA07A" w14:textId="77777777">
        <w:trPr>
          <w:cantSplit/>
          <w:trHeight w:val="425"/>
          <w:jc w:val="center"/>
        </w:trPr>
        <w:tc>
          <w:tcPr>
            <w:tcW w:w="2948" w:type="dxa"/>
            <w:tcBorders>
              <w:top w:val="single" w:sz="7" w:space="0" w:color="ED1556"/>
              <w:left w:val="single" w:sz="7" w:space="0" w:color="ED1556"/>
              <w:bottom w:val="single" w:sz="7" w:space="0" w:color="ED1556"/>
              <w:right w:val="single" w:sz="7" w:space="0" w:color="ED1556"/>
            </w:tcBorders>
            <w:shd w:val="clear" w:color="auto" w:fill="F7A933"/>
            <w:tcMar>
              <w:top w:w="70" w:type="dxa"/>
              <w:left w:w="90" w:type="dxa"/>
              <w:bottom w:w="70" w:type="dxa"/>
              <w:right w:w="90" w:type="dxa"/>
            </w:tcMar>
            <w:vAlign w:val="center"/>
          </w:tcPr>
          <w:p w14:paraId="6ABA46E1" w14:textId="77777777" w:rsidR="008200F9" w:rsidRDefault="00A94B0A">
            <w:r>
              <w:rPr>
                <w:b/>
                <w:color w:val="FFFFFF"/>
                <w:sz w:val="18"/>
              </w:rPr>
              <w:t>Electricity Required*</w:t>
            </w:r>
          </w:p>
        </w:tc>
        <w:tc>
          <w:tcPr>
            <w:tcW w:w="7257" w:type="dxa"/>
            <w:tcBorders>
              <w:top w:val="single" w:sz="7" w:space="0" w:color="ED1556"/>
              <w:left w:val="single" w:sz="7" w:space="0" w:color="ED1556"/>
              <w:bottom w:val="single" w:sz="7" w:space="0" w:color="ED1556"/>
              <w:right w:val="single" w:sz="7" w:space="0" w:color="ED1556"/>
            </w:tcBorders>
            <w:shd w:val="clear" w:color="auto" w:fill="FFFFFF"/>
            <w:tcMar>
              <w:top w:w="70" w:type="dxa"/>
              <w:left w:w="90" w:type="dxa"/>
              <w:bottom w:w="70" w:type="dxa"/>
              <w:right w:w="90" w:type="dxa"/>
            </w:tcMar>
            <w:vAlign w:val="center"/>
          </w:tcPr>
          <w:p w14:paraId="073E25CB" w14:textId="77777777" w:rsidR="008200F9" w:rsidRDefault="00A94B0A">
            <w:r>
              <w:rPr>
                <w:color w:val="444444"/>
                <w:sz w:val="18"/>
              </w:rPr>
              <w:t>☐ Yes    ☐ No       Total load: __________ watts / amps</w:t>
            </w:r>
          </w:p>
        </w:tc>
      </w:tr>
      <w:tr w:rsidR="008200F9" w14:paraId="1DE59899" w14:textId="77777777">
        <w:trPr>
          <w:cantSplit/>
          <w:trHeight w:val="425"/>
          <w:jc w:val="center"/>
        </w:trPr>
        <w:tc>
          <w:tcPr>
            <w:tcW w:w="2948" w:type="dxa"/>
            <w:tcBorders>
              <w:top w:val="single" w:sz="7" w:space="0" w:color="ED1556"/>
              <w:left w:val="single" w:sz="7" w:space="0" w:color="ED1556"/>
              <w:bottom w:val="single" w:sz="7" w:space="0" w:color="ED1556"/>
              <w:right w:val="single" w:sz="7" w:space="0" w:color="ED1556"/>
            </w:tcBorders>
            <w:shd w:val="clear" w:color="auto" w:fill="F7A933"/>
            <w:tcMar>
              <w:top w:w="70" w:type="dxa"/>
              <w:left w:w="90" w:type="dxa"/>
              <w:bottom w:w="70" w:type="dxa"/>
              <w:right w:w="90" w:type="dxa"/>
            </w:tcMar>
            <w:vAlign w:val="center"/>
          </w:tcPr>
          <w:p w14:paraId="6399704D" w14:textId="77777777" w:rsidR="008200F9" w:rsidRDefault="00A94B0A">
            <w:r>
              <w:rPr>
                <w:b/>
                <w:color w:val="FFFFFF"/>
                <w:sz w:val="18"/>
              </w:rPr>
              <w:t>Cooking On Site*</w:t>
            </w:r>
          </w:p>
        </w:tc>
        <w:tc>
          <w:tcPr>
            <w:tcW w:w="7257" w:type="dxa"/>
            <w:tcBorders>
              <w:top w:val="single" w:sz="7" w:space="0" w:color="ED1556"/>
              <w:left w:val="single" w:sz="7" w:space="0" w:color="ED1556"/>
              <w:bottom w:val="single" w:sz="7" w:space="0" w:color="ED1556"/>
              <w:right w:val="single" w:sz="7" w:space="0" w:color="ED1556"/>
            </w:tcBorders>
            <w:shd w:val="clear" w:color="auto" w:fill="FFFFFF"/>
            <w:tcMar>
              <w:top w:w="70" w:type="dxa"/>
              <w:left w:w="90" w:type="dxa"/>
              <w:bottom w:w="70" w:type="dxa"/>
              <w:right w:w="90" w:type="dxa"/>
            </w:tcMar>
            <w:vAlign w:val="center"/>
          </w:tcPr>
          <w:p w14:paraId="10761A8F" w14:textId="2DF91594" w:rsidR="008200F9" w:rsidRDefault="00A94B0A">
            <w:r>
              <w:rPr>
                <w:color w:val="444444"/>
                <w:sz w:val="18"/>
              </w:rPr>
              <w:t>☐ Yes    ☐ No       Cooking method: ____________________________</w:t>
            </w:r>
          </w:p>
        </w:tc>
      </w:tr>
      <w:tr w:rsidR="008200F9" w14:paraId="493EE2B8" w14:textId="77777777">
        <w:trPr>
          <w:cantSplit/>
          <w:trHeight w:val="425"/>
          <w:jc w:val="center"/>
        </w:trPr>
        <w:tc>
          <w:tcPr>
            <w:tcW w:w="2948" w:type="dxa"/>
            <w:tcBorders>
              <w:top w:val="single" w:sz="7" w:space="0" w:color="ED1556"/>
              <w:left w:val="single" w:sz="7" w:space="0" w:color="ED1556"/>
              <w:bottom w:val="single" w:sz="7" w:space="0" w:color="ED1556"/>
              <w:right w:val="single" w:sz="7" w:space="0" w:color="ED1556"/>
            </w:tcBorders>
            <w:shd w:val="clear" w:color="auto" w:fill="F7A933"/>
            <w:tcMar>
              <w:top w:w="70" w:type="dxa"/>
              <w:left w:w="90" w:type="dxa"/>
              <w:bottom w:w="70" w:type="dxa"/>
              <w:right w:w="90" w:type="dxa"/>
            </w:tcMar>
            <w:vAlign w:val="center"/>
          </w:tcPr>
          <w:p w14:paraId="0C1BE559" w14:textId="77777777" w:rsidR="008200F9" w:rsidRDefault="00A94B0A">
            <w:r>
              <w:rPr>
                <w:b/>
                <w:color w:val="FFFFFF"/>
                <w:sz w:val="18"/>
              </w:rPr>
              <w:t>Refrigeration Required</w:t>
            </w:r>
          </w:p>
        </w:tc>
        <w:tc>
          <w:tcPr>
            <w:tcW w:w="7257" w:type="dxa"/>
            <w:tcBorders>
              <w:top w:val="single" w:sz="7" w:space="0" w:color="ED1556"/>
              <w:left w:val="single" w:sz="7" w:space="0" w:color="ED1556"/>
              <w:bottom w:val="single" w:sz="7" w:space="0" w:color="ED1556"/>
              <w:right w:val="single" w:sz="7" w:space="0" w:color="ED1556"/>
            </w:tcBorders>
            <w:shd w:val="clear" w:color="auto" w:fill="FFFFFF"/>
            <w:tcMar>
              <w:top w:w="70" w:type="dxa"/>
              <w:left w:w="90" w:type="dxa"/>
              <w:bottom w:w="70" w:type="dxa"/>
              <w:right w:w="90" w:type="dxa"/>
            </w:tcMar>
            <w:vAlign w:val="center"/>
          </w:tcPr>
          <w:p w14:paraId="253A50EA" w14:textId="47BD8B9B" w:rsidR="008200F9" w:rsidRDefault="00A94B0A">
            <w:r>
              <w:rPr>
                <w:color w:val="444444"/>
                <w:sz w:val="18"/>
              </w:rPr>
              <w:t>☐ Yes    ☐ No       Type / quantity: _____________________________</w:t>
            </w:r>
          </w:p>
        </w:tc>
      </w:tr>
      <w:tr w:rsidR="008200F9" w14:paraId="3F3FC88C" w14:textId="77777777">
        <w:trPr>
          <w:cantSplit/>
          <w:trHeight w:val="709"/>
          <w:jc w:val="center"/>
        </w:trPr>
        <w:tc>
          <w:tcPr>
            <w:tcW w:w="2948" w:type="dxa"/>
            <w:tcBorders>
              <w:top w:val="single" w:sz="7" w:space="0" w:color="ED1556"/>
              <w:left w:val="single" w:sz="7" w:space="0" w:color="ED1556"/>
              <w:bottom w:val="single" w:sz="7" w:space="0" w:color="ED1556"/>
              <w:right w:val="single" w:sz="7" w:space="0" w:color="ED1556"/>
            </w:tcBorders>
            <w:shd w:val="clear" w:color="auto" w:fill="F7A933"/>
            <w:tcMar>
              <w:top w:w="70" w:type="dxa"/>
              <w:left w:w="90" w:type="dxa"/>
              <w:bottom w:w="70" w:type="dxa"/>
              <w:right w:w="90" w:type="dxa"/>
            </w:tcMar>
            <w:vAlign w:val="center"/>
          </w:tcPr>
          <w:p w14:paraId="0C8C9226" w14:textId="77777777" w:rsidR="008200F9" w:rsidRDefault="00A94B0A">
            <w:r>
              <w:rPr>
                <w:b/>
                <w:color w:val="FFFFFF"/>
                <w:sz w:val="18"/>
              </w:rPr>
              <w:t>Equipment List*</w:t>
            </w:r>
          </w:p>
        </w:tc>
        <w:tc>
          <w:tcPr>
            <w:tcW w:w="7257" w:type="dxa"/>
            <w:tcBorders>
              <w:top w:val="single" w:sz="7" w:space="0" w:color="ED1556"/>
              <w:left w:val="single" w:sz="7" w:space="0" w:color="ED1556"/>
              <w:bottom w:val="single" w:sz="7" w:space="0" w:color="ED1556"/>
              <w:right w:val="single" w:sz="7" w:space="0" w:color="ED1556"/>
            </w:tcBorders>
            <w:shd w:val="clear" w:color="auto" w:fill="FFFFFF"/>
            <w:tcMar>
              <w:top w:w="70" w:type="dxa"/>
              <w:left w:w="90" w:type="dxa"/>
              <w:bottom w:w="70" w:type="dxa"/>
              <w:right w:w="90" w:type="dxa"/>
            </w:tcMar>
            <w:vAlign w:val="center"/>
          </w:tcPr>
          <w:p w14:paraId="07CF8577" w14:textId="77777777" w:rsidR="008200F9" w:rsidRDefault="008200F9"/>
        </w:tc>
      </w:tr>
    </w:tbl>
    <w:p w14:paraId="6EA9BEDD" w14:textId="039722B8" w:rsidR="008200F9" w:rsidRDefault="00A94B0A" w:rsidP="00061721">
      <w:pPr>
        <w:spacing w:before="140" w:after="60"/>
      </w:pPr>
      <w:r>
        <w:rPr>
          <w:b/>
          <w:color w:val="ED1556"/>
          <w:sz w:val="28"/>
        </w:rPr>
        <w:t>5. Documents and Payments Required After Approval</w:t>
      </w:r>
    </w:p>
    <w:tbl>
      <w:tblPr>
        <w:tblW w:w="0" w:type="auto"/>
        <w:jc w:val="center"/>
        <w:tblLayout w:type="fixed"/>
        <w:tblLook w:val="04A0" w:firstRow="1" w:lastRow="0" w:firstColumn="1" w:lastColumn="0" w:noHBand="0" w:noVBand="1"/>
      </w:tblPr>
      <w:tblGrid>
        <w:gridCol w:w="10376"/>
      </w:tblGrid>
      <w:tr w:rsidR="008E52B5" w14:paraId="2E46666C" w14:textId="77777777" w:rsidTr="00EE0A02">
        <w:trPr>
          <w:cantSplit/>
          <w:jc w:val="center"/>
        </w:trPr>
        <w:tc>
          <w:tcPr>
            <w:tcW w:w="10376" w:type="dxa"/>
            <w:tcBorders>
              <w:top w:val="single" w:sz="7" w:space="0" w:color="D1D5DB"/>
              <w:left w:val="single" w:sz="7" w:space="0" w:color="D1D5DB"/>
              <w:bottom w:val="single" w:sz="7" w:space="0" w:color="D1D5DB"/>
              <w:right w:val="single" w:sz="7" w:space="0" w:color="D1D5DB"/>
            </w:tcBorders>
            <w:shd w:val="clear" w:color="auto" w:fill="FDEAF1"/>
            <w:tcMar>
              <w:top w:w="100" w:type="dxa"/>
              <w:left w:w="120" w:type="dxa"/>
              <w:bottom w:w="100" w:type="dxa"/>
              <w:right w:w="120" w:type="dxa"/>
            </w:tcMar>
          </w:tcPr>
          <w:p w14:paraId="280C2E5B" w14:textId="77777777" w:rsidR="008E52B5" w:rsidRDefault="008E52B5" w:rsidP="00DA19E1">
            <w:pPr>
              <w:spacing w:after="60" w:line="360" w:lineRule="auto"/>
            </w:pPr>
            <w:r>
              <w:rPr>
                <w:b/>
                <w:color w:val="ED1556"/>
              </w:rPr>
              <w:t>All Applicants</w:t>
            </w:r>
          </w:p>
          <w:p w14:paraId="24312BF5" w14:textId="77777777" w:rsidR="005A3512" w:rsidRDefault="008E52B5" w:rsidP="005A3512">
            <w:pPr>
              <w:spacing w:after="20"/>
              <w:ind w:left="227" w:hanging="142"/>
              <w:rPr>
                <w:color w:val="222222"/>
                <w:sz w:val="17"/>
              </w:rPr>
            </w:pPr>
            <w:r>
              <w:rPr>
                <w:b/>
                <w:color w:val="ED1556"/>
                <w:sz w:val="18"/>
              </w:rPr>
              <w:t xml:space="preserve">• </w:t>
            </w:r>
            <w:r>
              <w:rPr>
                <w:color w:val="222222"/>
                <w:sz w:val="17"/>
              </w:rPr>
              <w:t>Current public liability insurance with a minimum cover of AUD $20,000,000</w:t>
            </w:r>
            <w:r w:rsidR="005A3512">
              <w:rPr>
                <w:color w:val="222222"/>
                <w:sz w:val="17"/>
              </w:rPr>
              <w:t xml:space="preserve"> </w:t>
            </w:r>
          </w:p>
          <w:p w14:paraId="16A52F3D" w14:textId="7F92220C" w:rsidR="008E52B5" w:rsidRPr="008E52B5" w:rsidRDefault="005A3512" w:rsidP="005A3512">
            <w:pPr>
              <w:spacing w:after="20" w:line="360" w:lineRule="auto"/>
              <w:ind w:leftChars="50" w:left="95" w:firstLineChars="50" w:firstLine="75"/>
              <w:rPr>
                <w:color w:val="222222"/>
                <w:sz w:val="17"/>
              </w:rPr>
            </w:pPr>
            <w:r w:rsidRPr="005A3512">
              <w:rPr>
                <w:i/>
                <w:iCs/>
                <w:color w:val="222222"/>
                <w:sz w:val="15"/>
                <w:szCs w:val="15"/>
              </w:rPr>
              <w:t>(Blairgrove Pty Ltd</w:t>
            </w:r>
            <w:r>
              <w:rPr>
                <w:i/>
                <w:iCs/>
                <w:color w:val="222222"/>
                <w:sz w:val="15"/>
                <w:szCs w:val="15"/>
              </w:rPr>
              <w:t xml:space="preserve"> </w:t>
            </w:r>
            <w:r w:rsidRPr="005A3512">
              <w:rPr>
                <w:i/>
                <w:iCs/>
                <w:color w:val="222222"/>
                <w:sz w:val="15"/>
                <w:szCs w:val="15"/>
              </w:rPr>
              <w:t xml:space="preserve">must be </w:t>
            </w:r>
            <w:r>
              <w:rPr>
                <w:rFonts w:hint="eastAsia"/>
                <w:i/>
                <w:iCs/>
                <w:color w:val="222222"/>
                <w:sz w:val="15"/>
                <w:szCs w:val="15"/>
                <w:lang w:eastAsia="zh-CN"/>
              </w:rPr>
              <w:t>noted</w:t>
            </w:r>
            <w:r>
              <w:rPr>
                <w:i/>
                <w:iCs/>
                <w:color w:val="222222"/>
                <w:sz w:val="15"/>
                <w:szCs w:val="15"/>
                <w:lang w:eastAsia="zh-CN"/>
              </w:rPr>
              <w:t xml:space="preserve"> </w:t>
            </w:r>
            <w:r w:rsidRPr="005A3512">
              <w:rPr>
                <w:i/>
                <w:iCs/>
                <w:color w:val="222222"/>
                <w:sz w:val="15"/>
                <w:szCs w:val="15"/>
              </w:rPr>
              <w:t>as</w:t>
            </w:r>
            <w:r>
              <w:rPr>
                <w:i/>
                <w:iCs/>
                <w:color w:val="222222"/>
                <w:sz w:val="15"/>
                <w:szCs w:val="15"/>
              </w:rPr>
              <w:t xml:space="preserve"> an</w:t>
            </w:r>
            <w:r w:rsidRPr="005A3512">
              <w:rPr>
                <w:i/>
                <w:iCs/>
                <w:color w:val="222222"/>
                <w:sz w:val="15"/>
                <w:szCs w:val="15"/>
              </w:rPr>
              <w:t xml:space="preserve"> interested party</w:t>
            </w:r>
            <w:r>
              <w:rPr>
                <w:i/>
                <w:iCs/>
                <w:color w:val="222222"/>
                <w:sz w:val="15"/>
                <w:szCs w:val="15"/>
              </w:rPr>
              <w:t xml:space="preserve"> </w:t>
            </w:r>
            <w:r>
              <w:rPr>
                <w:rFonts w:hint="eastAsia"/>
                <w:i/>
                <w:iCs/>
                <w:color w:val="222222"/>
                <w:sz w:val="15"/>
                <w:szCs w:val="15"/>
                <w:lang w:eastAsia="zh-CN"/>
              </w:rPr>
              <w:t>on</w:t>
            </w:r>
            <w:r>
              <w:rPr>
                <w:i/>
                <w:iCs/>
                <w:color w:val="222222"/>
                <w:sz w:val="15"/>
                <w:szCs w:val="15"/>
                <w:lang w:eastAsia="zh-CN"/>
              </w:rPr>
              <w:t xml:space="preserve"> the COC</w:t>
            </w:r>
            <w:r w:rsidRPr="005A3512">
              <w:rPr>
                <w:i/>
                <w:iCs/>
                <w:color w:val="222222"/>
                <w:sz w:val="15"/>
                <w:szCs w:val="15"/>
              </w:rPr>
              <w:t>)</w:t>
            </w:r>
          </w:p>
          <w:p w14:paraId="49F3443A" w14:textId="77777777" w:rsidR="008E52B5" w:rsidRPr="008E52B5" w:rsidRDefault="008E52B5" w:rsidP="00DA19E1">
            <w:pPr>
              <w:spacing w:after="20" w:line="360" w:lineRule="auto"/>
              <w:ind w:left="227" w:hanging="142"/>
              <w:rPr>
                <w:b/>
                <w:color w:val="ED1556"/>
                <w:sz w:val="18"/>
              </w:rPr>
            </w:pPr>
            <w:r w:rsidRPr="008E52B5">
              <w:rPr>
                <w:b/>
                <w:color w:val="ED1556"/>
                <w:sz w:val="18"/>
              </w:rPr>
              <w:t xml:space="preserve">• </w:t>
            </w:r>
            <w:r w:rsidRPr="008E52B5">
              <w:rPr>
                <w:color w:val="222222"/>
                <w:sz w:val="17"/>
              </w:rPr>
              <w:t>Food Safety Supervisor Certificate</w:t>
            </w:r>
          </w:p>
          <w:p w14:paraId="148D473B" w14:textId="77777777" w:rsidR="008E52B5" w:rsidRDefault="008E52B5" w:rsidP="00DA19E1">
            <w:pPr>
              <w:spacing w:after="20" w:line="360" w:lineRule="auto"/>
              <w:ind w:left="227" w:hanging="142"/>
            </w:pPr>
            <w:r w:rsidRPr="008E52B5">
              <w:rPr>
                <w:b/>
                <w:color w:val="ED1556"/>
                <w:sz w:val="18"/>
              </w:rPr>
              <w:t xml:space="preserve">• </w:t>
            </w:r>
            <w:r>
              <w:rPr>
                <w:color w:val="222222"/>
                <w:sz w:val="17"/>
              </w:rPr>
              <w:t>Relevant council food business registration or approval</w:t>
            </w:r>
          </w:p>
          <w:p w14:paraId="41B6FA60" w14:textId="090332E7" w:rsidR="008E52B5" w:rsidRDefault="008E52B5" w:rsidP="00DA19E1">
            <w:pPr>
              <w:spacing w:after="20" w:line="360" w:lineRule="auto"/>
              <w:ind w:left="227" w:hanging="142"/>
            </w:pPr>
            <w:r>
              <w:rPr>
                <w:b/>
                <w:color w:val="ED1556"/>
                <w:sz w:val="18"/>
              </w:rPr>
              <w:t xml:space="preserve">• </w:t>
            </w:r>
            <w:r>
              <w:rPr>
                <w:color w:val="222222"/>
                <w:sz w:val="17"/>
              </w:rPr>
              <w:t>Photo identification of the applicant</w:t>
            </w:r>
          </w:p>
          <w:p w14:paraId="36229DC8" w14:textId="77777777" w:rsidR="008E52B5" w:rsidRDefault="008E52B5" w:rsidP="00DA19E1">
            <w:pPr>
              <w:spacing w:after="20" w:line="360" w:lineRule="auto"/>
              <w:ind w:left="227" w:hanging="142"/>
            </w:pPr>
            <w:r>
              <w:rPr>
                <w:b/>
                <w:color w:val="ED1556"/>
                <w:sz w:val="18"/>
              </w:rPr>
              <w:t xml:space="preserve">• </w:t>
            </w:r>
            <w:r>
              <w:rPr>
                <w:color w:val="222222"/>
                <w:sz w:val="17"/>
              </w:rPr>
              <w:t>Proposed signage and lighting design for prior approval</w:t>
            </w:r>
          </w:p>
          <w:p w14:paraId="690BC4A4" w14:textId="77777777" w:rsidR="008E52B5" w:rsidRDefault="008E52B5" w:rsidP="00DA19E1">
            <w:pPr>
              <w:spacing w:after="20" w:line="360" w:lineRule="auto"/>
              <w:ind w:left="227" w:hanging="142"/>
            </w:pPr>
            <w:r>
              <w:rPr>
                <w:b/>
                <w:color w:val="ED1556"/>
                <w:sz w:val="18"/>
              </w:rPr>
              <w:t xml:space="preserve">• </w:t>
            </w:r>
            <w:r>
              <w:rPr>
                <w:color w:val="222222"/>
                <w:sz w:val="17"/>
              </w:rPr>
              <w:t>Four weeks’ rent in advance</w:t>
            </w:r>
          </w:p>
          <w:p w14:paraId="69CE66B0" w14:textId="0383B042" w:rsidR="008E52B5" w:rsidRDefault="008E52B5" w:rsidP="00DA19E1">
            <w:pPr>
              <w:spacing w:after="20" w:line="360" w:lineRule="auto"/>
              <w:ind w:left="227" w:hanging="142"/>
            </w:pPr>
            <w:r>
              <w:rPr>
                <w:b/>
                <w:color w:val="ED1556"/>
                <w:sz w:val="18"/>
              </w:rPr>
              <w:t xml:space="preserve">• </w:t>
            </w:r>
            <w:r>
              <w:rPr>
                <w:color w:val="222222"/>
                <w:sz w:val="17"/>
              </w:rPr>
              <w:t>A security bond equivalent to four weeks’ rent</w:t>
            </w:r>
          </w:p>
        </w:tc>
      </w:tr>
      <w:tr w:rsidR="008E52B5" w14:paraId="2B3C16CA" w14:textId="77777777" w:rsidTr="00C7713B">
        <w:trPr>
          <w:cantSplit/>
          <w:jc w:val="center"/>
        </w:trPr>
        <w:tc>
          <w:tcPr>
            <w:tcW w:w="10376" w:type="dxa"/>
            <w:tcBorders>
              <w:top w:val="single" w:sz="7" w:space="0" w:color="D1D5DB"/>
              <w:left w:val="single" w:sz="7" w:space="0" w:color="D1D5DB"/>
              <w:bottom w:val="single" w:sz="7" w:space="0" w:color="D1D5DB"/>
              <w:right w:val="single" w:sz="7" w:space="0" w:color="D1D5DB"/>
            </w:tcBorders>
            <w:shd w:val="clear" w:color="auto" w:fill="F7F7F7"/>
            <w:tcMar>
              <w:top w:w="100" w:type="dxa"/>
              <w:left w:w="120" w:type="dxa"/>
              <w:bottom w:w="100" w:type="dxa"/>
              <w:right w:w="120" w:type="dxa"/>
            </w:tcMar>
          </w:tcPr>
          <w:p w14:paraId="0465BF49" w14:textId="77777777" w:rsidR="008E52B5" w:rsidRDefault="008E52B5" w:rsidP="00DA19E1">
            <w:pPr>
              <w:spacing w:after="60" w:line="360" w:lineRule="auto"/>
            </w:pPr>
            <w:r>
              <w:rPr>
                <w:b/>
                <w:color w:val="D97706"/>
              </w:rPr>
              <w:t>Presentation and Other Requirements</w:t>
            </w:r>
          </w:p>
          <w:p w14:paraId="4E67F3E3" w14:textId="77777777" w:rsidR="008E52B5" w:rsidRDefault="008E52B5" w:rsidP="00DA19E1">
            <w:pPr>
              <w:spacing w:after="20" w:line="360" w:lineRule="auto"/>
              <w:ind w:left="227" w:hanging="142"/>
            </w:pPr>
            <w:r>
              <w:rPr>
                <w:b/>
                <w:color w:val="D97706"/>
                <w:sz w:val="18"/>
              </w:rPr>
              <w:t xml:space="preserve">• </w:t>
            </w:r>
            <w:r>
              <w:rPr>
                <w:color w:val="222222"/>
                <w:sz w:val="17"/>
              </w:rPr>
              <w:t>Stall/cart presentation must be maintained to a high standard</w:t>
            </w:r>
          </w:p>
          <w:p w14:paraId="0504374A" w14:textId="77777777" w:rsidR="008E52B5" w:rsidRDefault="008E52B5" w:rsidP="00DA19E1">
            <w:pPr>
              <w:spacing w:after="20" w:line="360" w:lineRule="auto"/>
              <w:ind w:left="227" w:hanging="142"/>
            </w:pPr>
            <w:r>
              <w:rPr>
                <w:b/>
                <w:color w:val="D97706"/>
                <w:sz w:val="18"/>
              </w:rPr>
              <w:t xml:space="preserve">• </w:t>
            </w:r>
            <w:r>
              <w:rPr>
                <w:color w:val="222222"/>
                <w:sz w:val="17"/>
              </w:rPr>
              <w:t>Neon or other approved illuminated signage is mandatory unless otherwise approved in writing</w:t>
            </w:r>
          </w:p>
          <w:p w14:paraId="0DC9D3F9" w14:textId="77777777" w:rsidR="008E52B5" w:rsidRDefault="008E52B5" w:rsidP="00DA19E1">
            <w:pPr>
              <w:spacing w:after="20" w:line="360" w:lineRule="auto"/>
              <w:ind w:left="227" w:hanging="142"/>
            </w:pPr>
            <w:r>
              <w:rPr>
                <w:b/>
                <w:color w:val="D97706"/>
                <w:sz w:val="18"/>
              </w:rPr>
              <w:t xml:space="preserve">• </w:t>
            </w:r>
            <w:r>
              <w:rPr>
                <w:color w:val="222222"/>
                <w:sz w:val="17"/>
              </w:rPr>
              <w:t>No alterations, construction or installation may commence without prior written approval</w:t>
            </w:r>
          </w:p>
          <w:p w14:paraId="12D5B2E1" w14:textId="77777777" w:rsidR="008E52B5" w:rsidRDefault="008E52B5" w:rsidP="00DA19E1">
            <w:pPr>
              <w:spacing w:after="20" w:line="360" w:lineRule="auto"/>
              <w:ind w:left="227" w:hanging="142"/>
            </w:pPr>
            <w:r>
              <w:rPr>
                <w:b/>
                <w:color w:val="D97706"/>
                <w:sz w:val="18"/>
              </w:rPr>
              <w:t xml:space="preserve">• </w:t>
            </w:r>
            <w:r>
              <w:rPr>
                <w:color w:val="222222"/>
                <w:sz w:val="17"/>
              </w:rPr>
              <w:t>Any additional licences, permits or certificates requested by management</w:t>
            </w:r>
          </w:p>
        </w:tc>
      </w:tr>
    </w:tbl>
    <w:p w14:paraId="74D98814" w14:textId="77777777" w:rsidR="008E52B5" w:rsidRDefault="008E52B5" w:rsidP="007620DE">
      <w:pPr>
        <w:spacing w:before="140" w:after="60"/>
        <w:jc w:val="both"/>
        <w:rPr>
          <w:b/>
          <w:color w:val="ED1556"/>
          <w:sz w:val="28"/>
        </w:rPr>
      </w:pPr>
    </w:p>
    <w:tbl>
      <w:tblPr>
        <w:tblStyle w:val="2a"/>
        <w:tblW w:w="0" w:type="auto"/>
        <w:tblBorders>
          <w:top w:val="none" w:sz="0" w:space="0" w:color="auto"/>
          <w:bottom w:val="none" w:sz="0" w:space="0" w:color="auto"/>
        </w:tblBorders>
        <w:tblLook w:val="04A0" w:firstRow="1" w:lastRow="0" w:firstColumn="1" w:lastColumn="0" w:noHBand="0" w:noVBand="1"/>
      </w:tblPr>
      <w:tblGrid>
        <w:gridCol w:w="1668"/>
        <w:gridCol w:w="8710"/>
      </w:tblGrid>
      <w:tr w:rsidR="008200F9" w14:paraId="1F0BC72C" w14:textId="77777777" w:rsidTr="007620DE">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tcBorders>
              <w:bottom w:val="none" w:sz="0" w:space="0" w:color="auto"/>
            </w:tcBorders>
            <w:vAlign w:val="bottom"/>
          </w:tcPr>
          <w:p w14:paraId="41499787" w14:textId="77777777" w:rsidR="008200F9" w:rsidRPr="00DA19E1" w:rsidRDefault="00A94B0A" w:rsidP="007620DE">
            <w:pPr>
              <w:rPr>
                <w:color w:val="000000" w:themeColor="text1"/>
              </w:rPr>
            </w:pPr>
            <w:r w:rsidRPr="00DA19E1">
              <w:rPr>
                <w:color w:val="000000" w:themeColor="text1"/>
                <w:sz w:val="18"/>
              </w:rPr>
              <w:t>Applicant Name*</w:t>
            </w:r>
          </w:p>
        </w:tc>
        <w:tc>
          <w:tcPr>
            <w:tcW w:w="8710" w:type="dxa"/>
            <w:tcBorders>
              <w:bottom w:val="single" w:sz="4" w:space="0" w:color="auto"/>
            </w:tcBorders>
          </w:tcPr>
          <w:p w14:paraId="3F46ED56" w14:textId="77777777" w:rsidR="008200F9" w:rsidRDefault="008200F9">
            <w:pPr>
              <w:cnfStyle w:val="100000000000" w:firstRow="1" w:lastRow="0" w:firstColumn="0" w:lastColumn="0" w:oddVBand="0" w:evenVBand="0" w:oddHBand="0" w:evenHBand="0" w:firstRowFirstColumn="0" w:firstRowLastColumn="0" w:lastRowFirstColumn="0" w:lastRowLastColumn="0"/>
            </w:pPr>
          </w:p>
        </w:tc>
      </w:tr>
      <w:tr w:rsidR="008200F9" w14:paraId="19B3A190" w14:textId="77777777" w:rsidTr="007620D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bottom w:val="none" w:sz="0" w:space="0" w:color="auto"/>
            </w:tcBorders>
            <w:vAlign w:val="bottom"/>
          </w:tcPr>
          <w:p w14:paraId="5A391E69" w14:textId="77777777" w:rsidR="008200F9" w:rsidRPr="00DA19E1" w:rsidRDefault="00A94B0A" w:rsidP="007620DE">
            <w:pPr>
              <w:rPr>
                <w:color w:val="000000" w:themeColor="text1"/>
              </w:rPr>
            </w:pPr>
            <w:r w:rsidRPr="00DA19E1">
              <w:rPr>
                <w:color w:val="000000" w:themeColor="text1"/>
                <w:sz w:val="18"/>
              </w:rPr>
              <w:t>Signature*</w:t>
            </w:r>
          </w:p>
        </w:tc>
        <w:tc>
          <w:tcPr>
            <w:tcW w:w="8710" w:type="dxa"/>
            <w:tcBorders>
              <w:top w:val="single" w:sz="4" w:space="0" w:color="auto"/>
              <w:bottom w:val="single" w:sz="4" w:space="0" w:color="auto"/>
            </w:tcBorders>
          </w:tcPr>
          <w:p w14:paraId="5C509010" w14:textId="77777777" w:rsidR="008200F9" w:rsidRDefault="008200F9">
            <w:pPr>
              <w:cnfStyle w:val="000000100000" w:firstRow="0" w:lastRow="0" w:firstColumn="0" w:lastColumn="0" w:oddVBand="0" w:evenVBand="0" w:oddHBand="1" w:evenHBand="0" w:firstRowFirstColumn="0" w:firstRowLastColumn="0" w:lastRowFirstColumn="0" w:lastRowLastColumn="0"/>
            </w:pPr>
          </w:p>
        </w:tc>
      </w:tr>
      <w:tr w:rsidR="008200F9" w14:paraId="6DCD6252" w14:textId="77777777" w:rsidTr="007620DE">
        <w:trPr>
          <w:trHeight w:val="397"/>
        </w:trPr>
        <w:tc>
          <w:tcPr>
            <w:cnfStyle w:val="001000000000" w:firstRow="0" w:lastRow="0" w:firstColumn="1" w:lastColumn="0" w:oddVBand="0" w:evenVBand="0" w:oddHBand="0" w:evenHBand="0" w:firstRowFirstColumn="0" w:firstRowLastColumn="0" w:lastRowFirstColumn="0" w:lastRowLastColumn="0"/>
            <w:tcW w:w="1668" w:type="dxa"/>
            <w:vAlign w:val="bottom"/>
          </w:tcPr>
          <w:p w14:paraId="1B49CC6F" w14:textId="77777777" w:rsidR="008200F9" w:rsidRPr="00DA19E1" w:rsidRDefault="00A94B0A" w:rsidP="007620DE">
            <w:pPr>
              <w:rPr>
                <w:color w:val="000000" w:themeColor="text1"/>
              </w:rPr>
            </w:pPr>
            <w:r w:rsidRPr="00DA19E1">
              <w:rPr>
                <w:color w:val="000000" w:themeColor="text1"/>
                <w:sz w:val="18"/>
              </w:rPr>
              <w:t>Date*</w:t>
            </w:r>
          </w:p>
        </w:tc>
        <w:tc>
          <w:tcPr>
            <w:tcW w:w="8710" w:type="dxa"/>
            <w:tcBorders>
              <w:top w:val="single" w:sz="4" w:space="0" w:color="auto"/>
              <w:bottom w:val="single" w:sz="4" w:space="0" w:color="auto"/>
            </w:tcBorders>
          </w:tcPr>
          <w:p w14:paraId="79347DDC" w14:textId="77777777" w:rsidR="008200F9" w:rsidRDefault="008200F9">
            <w:pPr>
              <w:cnfStyle w:val="000000000000" w:firstRow="0" w:lastRow="0" w:firstColumn="0" w:lastColumn="0" w:oddVBand="0" w:evenVBand="0" w:oddHBand="0" w:evenHBand="0" w:firstRowFirstColumn="0" w:firstRowLastColumn="0" w:lastRowFirstColumn="0" w:lastRowLastColumn="0"/>
            </w:pPr>
          </w:p>
        </w:tc>
      </w:tr>
    </w:tbl>
    <w:p w14:paraId="70C6A831" w14:textId="77777777" w:rsidR="00061721" w:rsidRDefault="00061721" w:rsidP="008E52B5">
      <w:pPr>
        <w:spacing w:before="140" w:after="60"/>
      </w:pPr>
    </w:p>
    <w:sectPr w:rsidR="00061721" w:rsidSect="00034616">
      <w:headerReference w:type="default" r:id="rId8"/>
      <w:footerReference w:type="even" r:id="rId9"/>
      <w:footerReference w:type="default" r:id="rId10"/>
      <w:pgSz w:w="11906" w:h="16838"/>
      <w:pgMar w:top="652" w:right="765" w:bottom="709" w:left="765" w:header="227" w:footer="3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10F67" w14:textId="77777777" w:rsidR="00B96601" w:rsidRDefault="00B96601">
      <w:r>
        <w:separator/>
      </w:r>
    </w:p>
  </w:endnote>
  <w:endnote w:type="continuationSeparator" w:id="0">
    <w:p w14:paraId="55EC0AF5" w14:textId="77777777" w:rsidR="00B96601" w:rsidRDefault="00B96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f9"/>
      </w:rPr>
      <w:id w:val="-269930749"/>
      <w:docPartObj>
        <w:docPartGallery w:val="Page Numbers (Bottom of Page)"/>
        <w:docPartUnique/>
      </w:docPartObj>
    </w:sdtPr>
    <w:sdtContent>
      <w:p w14:paraId="2E40EBD4" w14:textId="2BD8DD0B" w:rsidR="00113991" w:rsidRDefault="00113991" w:rsidP="001B0731">
        <w:pPr>
          <w:pStyle w:val="a7"/>
          <w:framePr w:wrap="none" w:vAnchor="text" w:hAnchor="margin" w:xAlign="right" w:y="1"/>
          <w:rPr>
            <w:rStyle w:val="aff9"/>
          </w:rPr>
        </w:pPr>
        <w:r>
          <w:rPr>
            <w:rStyle w:val="aff9"/>
          </w:rPr>
          <w:fldChar w:fldCharType="begin"/>
        </w:r>
        <w:r>
          <w:rPr>
            <w:rStyle w:val="aff9"/>
          </w:rPr>
          <w:instrText xml:space="preserve"> PAGE </w:instrText>
        </w:r>
        <w:r>
          <w:rPr>
            <w:rStyle w:val="aff9"/>
          </w:rPr>
          <w:fldChar w:fldCharType="end"/>
        </w:r>
      </w:p>
    </w:sdtContent>
  </w:sdt>
  <w:p w14:paraId="103E24DE" w14:textId="77777777" w:rsidR="00113991" w:rsidRDefault="00113991" w:rsidP="00113991">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f9"/>
      </w:rPr>
      <w:id w:val="736282405"/>
      <w:docPartObj>
        <w:docPartGallery w:val="Page Numbers (Bottom of Page)"/>
        <w:docPartUnique/>
      </w:docPartObj>
    </w:sdtPr>
    <w:sdtContent>
      <w:p w14:paraId="69F24E0A" w14:textId="13A7AECF" w:rsidR="00113991" w:rsidRDefault="00113991" w:rsidP="001B0731">
        <w:pPr>
          <w:pStyle w:val="a7"/>
          <w:framePr w:wrap="none" w:vAnchor="text" w:hAnchor="margin" w:xAlign="right" w:y="1"/>
          <w:rPr>
            <w:rStyle w:val="aff9"/>
          </w:rPr>
        </w:pPr>
        <w:r>
          <w:rPr>
            <w:rStyle w:val="aff9"/>
          </w:rPr>
          <w:fldChar w:fldCharType="begin"/>
        </w:r>
        <w:r>
          <w:rPr>
            <w:rStyle w:val="aff9"/>
          </w:rPr>
          <w:instrText xml:space="preserve"> PAGE </w:instrText>
        </w:r>
        <w:r>
          <w:rPr>
            <w:rStyle w:val="aff9"/>
          </w:rPr>
          <w:fldChar w:fldCharType="separate"/>
        </w:r>
        <w:r>
          <w:rPr>
            <w:rStyle w:val="aff9"/>
            <w:noProof/>
          </w:rPr>
          <w:t>1</w:t>
        </w:r>
        <w:r>
          <w:rPr>
            <w:rStyle w:val="aff9"/>
          </w:rPr>
          <w:fldChar w:fldCharType="end"/>
        </w:r>
      </w:p>
    </w:sdtContent>
  </w:sdt>
  <w:p w14:paraId="35A18204" w14:textId="77777777" w:rsidR="008200F9" w:rsidRPr="00113991" w:rsidRDefault="00A94B0A" w:rsidP="00113991">
    <w:pPr>
      <w:pStyle w:val="a7"/>
      <w:ind w:right="360"/>
      <w:jc w:val="center"/>
      <w:rPr>
        <w:color w:val="E71759"/>
      </w:rPr>
    </w:pPr>
    <w:r w:rsidRPr="00113991">
      <w:rPr>
        <w:color w:val="E71759"/>
        <w:sz w:val="15"/>
      </w:rPr>
      <w:t>Blairgrove Pty Ltd | Burwood Chinatown Market Stall Application Form | Version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E0E8F" w14:textId="77777777" w:rsidR="00B96601" w:rsidRDefault="00B96601">
      <w:r>
        <w:separator/>
      </w:r>
    </w:p>
  </w:footnote>
  <w:footnote w:type="continuationSeparator" w:id="0">
    <w:p w14:paraId="4533E838" w14:textId="77777777" w:rsidR="00B96601" w:rsidRDefault="00B966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A4A42" w14:textId="77777777" w:rsidR="008200F9" w:rsidRDefault="00A94B0A">
    <w:pPr>
      <w:pStyle w:val="a5"/>
    </w:pPr>
    <w:r>
      <w:rPr>
        <w:noProof/>
      </w:rPr>
      <w:drawing>
        <wp:inline distT="0" distB="0" distL="0" distR="0" wp14:anchorId="4FA08519" wp14:editId="5C1EFD53">
          <wp:extent cx="1980000" cy="8391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0.png"/>
                  <pic:cNvPicPr/>
                </pic:nvPicPr>
                <pic:blipFill>
                  <a:blip r:embed="rId1"/>
                  <a:stretch>
                    <a:fillRect/>
                  </a:stretch>
                </pic:blipFill>
                <pic:spPr>
                  <a:xfrm>
                    <a:off x="0" y="0"/>
                    <a:ext cx="1980000" cy="8391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1721"/>
    <w:rsid w:val="00113991"/>
    <w:rsid w:val="0015074B"/>
    <w:rsid w:val="0029639D"/>
    <w:rsid w:val="00326F90"/>
    <w:rsid w:val="005A3512"/>
    <w:rsid w:val="007620DE"/>
    <w:rsid w:val="008200F9"/>
    <w:rsid w:val="008E52B5"/>
    <w:rsid w:val="009237D1"/>
    <w:rsid w:val="00A94B0A"/>
    <w:rsid w:val="00AA1D8D"/>
    <w:rsid w:val="00B47730"/>
    <w:rsid w:val="00B96601"/>
    <w:rsid w:val="00CB0664"/>
    <w:rsid w:val="00DA19E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1E94DB"/>
  <w14:defaultImageDpi w14:val="300"/>
  <w15:docId w15:val="{A277738C-138F-274F-9E17-46FECB321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240" w:lineRule="auto"/>
    </w:pPr>
    <w:rPr>
      <w:rFonts w:ascii="Arial" w:eastAsia="Arial" w:hAnsi="Arial"/>
      <w:sz w:val="19"/>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a">
    <w:name w:val="Plain Table 2"/>
    <w:basedOn w:val="a3"/>
    <w:uiPriority w:val="99"/>
    <w:rsid w:val="00DA19E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f9">
    <w:name w:val="page number"/>
    <w:basedOn w:val="a2"/>
    <w:uiPriority w:val="99"/>
    <w:semiHidden/>
    <w:unhideWhenUsed/>
    <w:rsid w:val="00113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589780">
      <w:bodyDiv w:val="1"/>
      <w:marLeft w:val="0"/>
      <w:marRight w:val="0"/>
      <w:marTop w:val="0"/>
      <w:marBottom w:val="0"/>
      <w:divBdr>
        <w:top w:val="none" w:sz="0" w:space="0" w:color="auto"/>
        <w:left w:val="none" w:sz="0" w:space="0" w:color="auto"/>
        <w:bottom w:val="none" w:sz="0" w:space="0" w:color="auto"/>
        <w:right w:val="none" w:sz="0" w:space="0" w:color="auto"/>
      </w:divBdr>
    </w:div>
    <w:div w:id="1627538000">
      <w:bodyDiv w:val="1"/>
      <w:marLeft w:val="0"/>
      <w:marRight w:val="0"/>
      <w:marTop w:val="0"/>
      <w:marBottom w:val="0"/>
      <w:divBdr>
        <w:top w:val="none" w:sz="0" w:space="0" w:color="auto"/>
        <w:left w:val="none" w:sz="0" w:space="0" w:color="auto"/>
        <w:bottom w:val="none" w:sz="0" w:space="0" w:color="auto"/>
        <w:right w:val="none" w:sz="0" w:space="0" w:color="auto"/>
      </w:divBdr>
      <w:divsChild>
        <w:div w:id="1456144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Burwood Chinatown Market Stall Application Form</dc:title>
  <dc:subject>Application form for market stall applicants</dc:subject>
  <dc:creator>Blairgrove Pty Ltd</dc:creator>
  <cp:keywords>Burwood Chinatown, market stall, application form</cp:keywords>
  <dc:description>generated by python-docx</dc:description>
  <cp:lastModifiedBy>Burwood China Town</cp:lastModifiedBy>
  <cp:revision>5</cp:revision>
  <dcterms:created xsi:type="dcterms:W3CDTF">2013-12-23T23:15:00Z</dcterms:created>
  <dcterms:modified xsi:type="dcterms:W3CDTF">2026-07-29T00:37:00Z</dcterms:modified>
  <cp:category/>
</cp:coreProperties>
</file>